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18"/>
        </w:rPr>
        <w:t>CUÁNTO CUESTA HOY</w:t>
      </w:r>
    </w:p>
    <w:p>
      <w:pPr>
        <w:pStyle w:val="Title"/>
        <w:jc w:val="center"/>
      </w:pPr>
      <w:r>
        <w:t>Modelo general de alegaciones a una multa</w:t>
      </w:r>
    </w:p>
    <w:p>
      <w:pPr>
        <w:jc w:val="center"/>
      </w:pPr>
      <w:r>
        <w:rPr>
          <w:i/>
          <w:color w:val="475569"/>
        </w:rPr>
        <w:t>Plantilla editable para adaptar al expediente y al organismo sancionador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CFDF5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047857"/>
              </w:rPr>
              <w:t>Antes de usarla</w:t>
              <w:br/>
            </w:r>
            <w:r>
              <w:t>Comprueba quién ha impuesto la sanción. Si la multa es de un ayuntamiento, una comunidad autónoma u otro organismo, el escrito debe dirigirse a esa administración, no a la DGT. En sanciones de la DGT, el plazo ordinario para presentar alegaciones es de 20 días naturales desde el día siguiente a la notificación. El pago con reducción suele implicar la renuncia a formular alegaciones.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Organismo destinatario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[DGT / Ayuntamiento / Comunidad Autónoma / otro]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Unidad instructora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[La indicada en la notificación]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Número de expediente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[Número completo]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Nombre y apellidos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[Nombre del interesado]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DNI/NIE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[Documento]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Domicilio a efectos de notificaciones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[Dirección completa]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Matrícula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[Matrícula del vehículo]</w:t>
            </w:r>
          </w:p>
        </w:tc>
      </w:tr>
      <w:tr>
        <w:tc>
          <w:tcPr>
            <w:tcW w:type="dxa" w:w="2835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Fecha de la denuncia/notificación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[dd/mm/aaaa]</w:t>
            </w:r>
          </w:p>
        </w:tc>
      </w:tr>
    </w:tbl>
    <w:p/>
    <w:p>
      <w:pPr>
        <w:pStyle w:val="Heading1"/>
      </w:pPr>
      <w:r>
        <w:t>ESCRITO DE ALEGACIONES</w:t>
      </w:r>
    </w:p>
    <w:p>
      <w:r>
        <w:t>D./D.ª [NOMBRE Y APELLIDOS], con DNI/NIE [NÚMERO], en relación con el expediente sancionador indicado, comparece y, como mejor proceda, EXPONE:</w:t>
      </w:r>
    </w:p>
    <w:p>
      <w:pPr>
        <w:pStyle w:val="Heading2"/>
      </w:pPr>
      <w:r>
        <w:t>HECHOS</w:t>
      </w:r>
    </w:p>
    <w:p>
      <w:r>
        <w:t>Primero. Que he recibido notificación de una denuncia o sanción por [DESCRIBIR LA INFRACCIÓN], supuestamente cometida el día [FECHA], a las [HORA], en [LUGAR].</w:t>
      </w:r>
    </w:p>
    <w:p>
      <w:r>
        <w:t>Segundo. Que no estoy conforme con la denuncia por los siguientes motivos:</w:t>
      </w:r>
    </w:p>
    <w:p>
      <w:r>
        <w:t>[EXPLICAR DE FORMA CLARA Y CRONOLÓGICA LOS HECHOS. Evita afirmaciones genéricas. Indica qué dato consideras incorrecto y por qué.]</w:t>
      </w:r>
    </w:p>
    <w:p>
      <w:r>
        <w:t>Tercero. Que acompaño como documentos o pruebas: [FOTOGRAFÍAS, FACTURAS, CERTIFICADOS, DECLARACIONES, INFORMES, CAPTURAS U OTROS].</w:t>
      </w:r>
    </w:p>
    <w:p>
      <w:pPr>
        <w:pStyle w:val="Heading2"/>
      </w:pPr>
      <w:r>
        <w:t>ALEGACIONES</w:t>
      </w:r>
    </w:p>
    <w:p>
      <w:r>
        <w:t>[DESARROLLAR LOS MOTIVOS CONCRETOS: error en matrícula o vehículo, señalización no visible, imposibilidad material, datos inexactos, falta de prueba suficiente u otro motivo aplicable. No incluyas argumentos que no puedas respaldar.]</w:t>
      </w:r>
    </w:p>
    <w:p>
      <w:pPr>
        <w:pStyle w:val="Heading2"/>
      </w:pPr>
      <w:r>
        <w:t>SOLICITA</w:t>
      </w:r>
    </w:p>
    <w:p>
      <w:r>
        <w:t>Que se tengan por presentadas estas alegaciones y los documentos adjuntos, se incorporen al expediente y, tras su valoración, se acuerde el archivo del procedimiento o la resolución que corresponda conforme a Derecho.</w:t>
      </w:r>
    </w:p>
    <w:p>
      <w:r>
        <w:t>En [LOCALIDAD], a [FECHA].</w:t>
      </w:r>
    </w:p>
    <w:p>
      <w:r>
        <w:br/>
        <w:t>Firma: ______________________________</w:t>
      </w:r>
    </w:p>
    <w:p>
      <w:pPr>
        <w:pStyle w:val="Heading2"/>
      </w:pPr>
      <w:r>
        <w:t>Documentos que conviene revisar antes de presentarlo</w:t>
      </w:r>
    </w:p>
    <w:p>
      <w:pPr>
        <w:pStyle w:val="ListBullet"/>
      </w:pPr>
      <w:r>
        <w:t>Notificación completa y número de expediente.</w:t>
      </w:r>
    </w:p>
    <w:p>
      <w:pPr>
        <w:pStyle w:val="ListBullet"/>
      </w:pPr>
      <w:r>
        <w:t>Pruebas que respalden cada afirmación.</w:t>
      </w:r>
    </w:p>
    <w:p>
      <w:pPr>
        <w:pStyle w:val="ListBullet"/>
      </w:pPr>
      <w:r>
        <w:t>Identificación correcta del organismo sancionador.</w:t>
      </w:r>
    </w:p>
    <w:p>
      <w:pPr>
        <w:pStyle w:val="ListBullet"/>
      </w:pPr>
      <w:r>
        <w:t>Justificante de presentación o registro.</w:t>
      </w:r>
    </w:p>
    <w:p>
      <w:pPr>
        <w:pStyle w:val="ListBullet"/>
      </w:pPr>
      <w:r>
        <w:t>Copia del escrito y de todos los anexos.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CFDF5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047857"/>
              </w:rPr>
              <w:t>Aviso importante</w:t>
              <w:br/>
            </w:r>
            <w:r>
              <w:t>Esta plantilla es orientativa y no garantiza la anulación de la multa. Los plazos y trámites dependen del organismo y del momento del procedimiento. Si hay pérdida de puntos, cuantía elevada, riesgo profesional o dudas jurídicas, consulta con un profesional.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75569"/>
        <w:sz w:val="16"/>
      </w:rPr>
      <w:t>Plantilla orientativa de Cuánto Cuesta Hoy - cuantocuestahoy.es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61A3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4785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61A3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